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1728"/>
        <w:gridCol w:w="8640"/>
      </w:tblGrid>
      <w:tr>
        <w:tc>
          <w:tcPr>
            <w:tcW w:type="dxa" w:w="5328"/>
            <w:vAlign w:val="center"/>
          </w:tcPr>
          <w:p>
            <w:pPr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868680" cy="875685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f874dd4-e59a-59dd-8762-21613a70b772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87568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28"/>
            <w:vAlign w:val="center"/>
            <w:shd w:fill="7F1D1D"/>
            <w:tcBorders>
              <w:top w:val="single" w:sz="12" w:color="7F1D1D"/>
              <w:left w:val="single" w:sz="12" w:color="7F1D1D"/>
              <w:bottom w:val="single" w:sz="12" w:color="7F1D1D"/>
              <w:right w:val="single" w:sz="12" w:color="7F1D1D"/>
            </w:tcBorders>
          </w:tcPr>
          <w:p>
            <w:pPr>
              <w:jc w:val="left"/>
            </w:pPr>
            <w:r>
              <w:rPr>
                <w:b/>
                <w:color w:val="FFFFFF"/>
                <w:sz w:val="40"/>
              </w:rPr>
              <w:t>VWFC Expenses Form</w:t>
            </w:r>
          </w:p>
        </w:tc>
      </w:tr>
    </w:tbl>
    <w:p/>
    <w:p>
      <w:pPr>
        <w:jc w:val="right"/>
      </w:pPr>
      <w:r>
        <w:rPr>
          <w:color w:val="505050"/>
          <w:sz w:val="17"/>
        </w:rPr>
        <w:t>Virginia Water Football Club • The Timbers, Crown Road • Virginia Water, Surrey • GU25 4HS</w:t>
      </w:r>
    </w:p>
    <w:p>
      <w:pPr>
        <w:spacing w:after="80"/>
      </w:pPr>
      <w:r>
        <w:rPr>
          <w:i/>
          <w:color w:val="646464"/>
          <w:sz w:val="18"/>
        </w:rPr>
        <w:t>Fill in the grey boxes below. In Microsoft Word, some fields will behave like clickable form fields.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664"/>
        <w:gridCol w:w="7848"/>
      </w:tblGrid>
      <w:tr>
        <w:tc>
          <w:tcPr>
            <w:tcW w:type="dxa" w:w="5328"/>
            <w:shd w:fill="F6F6F6"/>
            <w:vAlign w:val="center"/>
          </w:tcPr>
          <w:p>
            <w:r>
              <w:rPr>
                <w:b/>
                <w:sz w:val="21"/>
              </w:rPr>
              <w:t>Name</w:t>
            </w:r>
          </w:p>
        </w:tc>
        <w:tc>
          <w:tcPr>
            <w:tcW w:type="dxa" w:w="5328"/>
            <w:shd w:fill="EFEFEF"/>
            <w:vAlign w:val="center"/>
          </w:tcPr>
          <w:p>
            <w:sdt>
              <w:sdtPr>
                <w:alias w:val="Name"/>
                <w:tag w:val="Name"/>
                <w:text/>
                <w:showingPlcHdr/>
                <w:color w:val="7F1D1D"/>
              </w:sdtPr>
              <w:sdtContent>
                <w:p>
                  <w:r>
                    <w:rPr>
                      <w:sz w:val="20"/>
                      <w:color w:val="7F7F7F"/>
                    </w:rPr>
                    <w:t>Click or tap here to enter</w:t>
                  </w:r>
                </w:p>
              </w:sdtContent>
            </w:sdt>
          </w:p>
        </w:tc>
      </w:tr>
      <w:tr>
        <w:tc>
          <w:tcPr>
            <w:tcW w:type="dxa" w:w="5328"/>
            <w:shd w:fill="F6F6F6"/>
            <w:vAlign w:val="center"/>
          </w:tcPr>
          <w:p>
            <w:r>
              <w:rPr>
                <w:b/>
                <w:sz w:val="21"/>
              </w:rPr>
              <w:t>Team</w:t>
            </w:r>
          </w:p>
        </w:tc>
        <w:tc>
          <w:tcPr>
            <w:tcW w:type="dxa" w:w="5328"/>
            <w:shd w:fill="EFEFEF"/>
            <w:vAlign w:val="center"/>
          </w:tcPr>
          <w:p>
            <w:sdt>
              <w:sdtPr>
                <w:alias w:val="Team"/>
                <w:tag w:val="Team"/>
                <w:text/>
                <w:showingPlcHdr/>
                <w:color w:val="7F1D1D"/>
              </w:sdtPr>
              <w:sdtContent>
                <w:p>
                  <w:r>
                    <w:rPr>
                      <w:sz w:val="20"/>
                      <w:color w:val="7F7F7F"/>
                    </w:rPr>
                    <w:t>Click or tap here to enter</w:t>
                  </w:r>
                </w:p>
              </w:sdtContent>
            </w:sdt>
          </w:p>
        </w:tc>
      </w:tr>
      <w:tr>
        <w:tc>
          <w:tcPr>
            <w:tcW w:type="dxa" w:w="5328"/>
            <w:shd w:fill="F6F6F6"/>
            <w:vAlign w:val="center"/>
          </w:tcPr>
          <w:p>
            <w:r>
              <w:rPr>
                <w:b/>
                <w:sz w:val="21"/>
              </w:rPr>
              <w:t>Date of Claim</w:t>
            </w:r>
          </w:p>
        </w:tc>
        <w:tc>
          <w:tcPr>
            <w:tcW w:type="dxa" w:w="5328"/>
            <w:shd w:fill="EFEFEF"/>
            <w:vAlign w:val="center"/>
          </w:tcPr>
          <w:p>
            <w:sdt>
              <w:sdtPr>
                <w:alias w:val="Date of Claim"/>
                <w:tag w:val="Date_of_Claim"/>
                <w:date>
                  <w:fullDate w:val="2026-09-22T00:00:00Z"/>
                  <w:dateFormat w:val="dd/MM/yyyy"/>
                  <w:lid w:val="en-GB"/>
                  <w:storeMappedDataAs w:val="dateTime"/>
                  <w:calendar w:val="gregorian"/>
                </w:date>
                <w:showingPlcHdr/>
              </w:sdtPr>
              <w:sdtContent>
                <w:p>
                  <w:r>
                    <w:rPr>
                      <w:sz w:val="20"/>
                      <w:color w:val="7F7F7F"/>
                    </w:rPr>
                    <w:t>Choose a date</w:t>
                  </w:r>
                </w:p>
              </w:sdtContent>
            </w:sdt>
          </w:p>
        </w:tc>
      </w:tr>
      <w:tr>
        <w:tc>
          <w:tcPr>
            <w:tcW w:type="dxa" w:w="5328"/>
            <w:shd w:fill="F6F6F6"/>
            <w:vAlign w:val="center"/>
          </w:tcPr>
          <w:p>
            <w:r>
              <w:rPr>
                <w:b/>
                <w:sz w:val="21"/>
              </w:rPr>
              <w:t>Date(s) of Expense(s)</w:t>
            </w:r>
          </w:p>
        </w:tc>
        <w:tc>
          <w:tcPr>
            <w:tcW w:type="dxa" w:w="5328"/>
            <w:shd w:fill="EFEFEF"/>
            <w:vAlign w:val="center"/>
          </w:tcPr>
          <w:p>
            <w:sdt>
              <w:sdtPr>
                <w:alias w:val="Date(s) of Expense(s)"/>
                <w:tag w:val="Date(s)_of_Expense(s)"/>
                <w:text/>
                <w:showingPlcHdr/>
                <w:color w:val="7F1D1D"/>
              </w:sdtPr>
              <w:sdtContent>
                <w:p>
                  <w:r>
                    <w:rPr>
                      <w:sz w:val="20"/>
                      <w:color w:val="7F7F7F"/>
                    </w:rPr>
                    <w:t>Click or tap here to enter</w:t>
                  </w:r>
                </w:p>
              </w:sdtContent>
            </w:sdt>
          </w:p>
        </w:tc>
      </w:tr>
      <w:tr>
        <w:tc>
          <w:tcPr>
            <w:tcW w:type="dxa" w:w="5328"/>
            <w:shd w:fill="F6F6F6"/>
            <w:vAlign w:val="center"/>
          </w:tcPr>
          <w:p>
            <w:r>
              <w:rPr>
                <w:b/>
                <w:sz w:val="21"/>
              </w:rPr>
              <w:t>Bank Account No.</w:t>
            </w:r>
          </w:p>
        </w:tc>
        <w:tc>
          <w:tcPr>
            <w:tcW w:type="dxa" w:w="5328"/>
            <w:shd w:fill="EFEFEF"/>
            <w:vAlign w:val="center"/>
          </w:tcPr>
          <w:p>
            <w:sdt>
              <w:sdtPr>
                <w:alias w:val="Bank Account No."/>
                <w:tag w:val="Bank_Account_No."/>
                <w:text/>
                <w:showingPlcHdr/>
                <w:color w:val="7F1D1D"/>
              </w:sdtPr>
              <w:sdtContent>
                <w:p>
                  <w:r>
                    <w:rPr>
                      <w:sz w:val="20"/>
                      <w:color w:val="7F7F7F"/>
                    </w:rPr>
                    <w:t>Click or tap here to enter</w:t>
                  </w:r>
                </w:p>
              </w:sdtContent>
            </w:sdt>
          </w:p>
        </w:tc>
      </w:tr>
      <w:tr>
        <w:tc>
          <w:tcPr>
            <w:tcW w:type="dxa" w:w="5328"/>
            <w:shd w:fill="F6F6F6"/>
            <w:vAlign w:val="center"/>
          </w:tcPr>
          <w:p>
            <w:r>
              <w:rPr>
                <w:b/>
                <w:sz w:val="21"/>
              </w:rPr>
              <w:t>Bank Sort Code</w:t>
            </w:r>
          </w:p>
        </w:tc>
        <w:tc>
          <w:tcPr>
            <w:tcW w:type="dxa" w:w="5328"/>
            <w:shd w:fill="EFEFEF"/>
            <w:vAlign w:val="center"/>
          </w:tcPr>
          <w:p>
            <w:sdt>
              <w:sdtPr>
                <w:alias w:val="Bank Sort Code"/>
                <w:tag w:val="Bank_Sort_Code"/>
                <w:text/>
                <w:showingPlcHdr/>
                <w:color w:val="7F1D1D"/>
              </w:sdtPr>
              <w:sdtContent>
                <w:p>
                  <w:r>
                    <w:rPr>
                      <w:sz w:val="20"/>
                      <w:color w:val="7F7F7F"/>
                    </w:rPr>
                    <w:t>Click or tap here to enter</w:t>
                  </w:r>
                </w:p>
              </w:sdtContent>
            </w:sdt>
          </w:p>
        </w:tc>
      </w:tr>
      <w:tr>
        <w:tc>
          <w:tcPr>
            <w:tcW w:type="dxa" w:w="5328"/>
            <w:shd w:fill="F6F6F6"/>
            <w:vAlign w:val="center"/>
          </w:tcPr>
          <w:p>
            <w:r>
              <w:rPr>
                <w:b/>
                <w:sz w:val="21"/>
              </w:rPr>
              <w:t>Name on Account</w:t>
            </w:r>
          </w:p>
        </w:tc>
        <w:tc>
          <w:tcPr>
            <w:tcW w:type="dxa" w:w="5328"/>
            <w:shd w:fill="EFEFEF"/>
            <w:vAlign w:val="center"/>
          </w:tcPr>
          <w:p>
            <w:sdt>
              <w:sdtPr>
                <w:alias w:val="Name on Account"/>
                <w:tag w:val="Name_on_Account"/>
                <w:text/>
                <w:showingPlcHdr/>
                <w:color w:val="7F1D1D"/>
              </w:sdtPr>
              <w:sdtContent>
                <w:p>
                  <w:r>
                    <w:rPr>
                      <w:sz w:val="20"/>
                      <w:color w:val="7F7F7F"/>
                    </w:rPr>
                    <w:t>Click or tap here to enter</w:t>
                  </w:r>
                </w:p>
              </w:sdtContent>
            </w:sdt>
          </w:p>
        </w:tc>
      </w:tr>
    </w:tbl>
    <w:p/>
    <w:p>
      <w:r>
        <w:rPr>
          <w:b/>
          <w:color w:val="7F1D1D"/>
          <w:sz w:val="24"/>
        </w:rPr>
        <w:t>Expense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C9C9C9"/>
          <w:left w:val="single" w:sz="4" w:color="C9C9C9"/>
          <w:bottom w:val="single" w:sz="4" w:color="C9C9C9"/>
          <w:right w:val="single" w:sz="4" w:color="C9C9C9"/>
          <w:insideH w:val="single" w:sz="4" w:color="C9C9C9"/>
          <w:insideV w:val="single" w:sz="4" w:color="C9C9C9"/>
        </w:tblBorders>
      </w:tblPr>
      <w:tblGrid>
        <w:gridCol w:w="8064"/>
        <w:gridCol w:w="2448"/>
      </w:tblGrid>
      <w:tr>
        <w:tc>
          <w:tcPr>
            <w:tcW w:type="dxa" w:w="5328"/>
            <w:shd w:fill="7F1D1D"/>
          </w:tcPr>
          <w:p>
            <w:r>
              <w:rPr>
                <w:b/>
                <w:color w:val="FFFFFF"/>
                <w:sz w:val="21"/>
              </w:rPr>
              <w:t>Details of Expense(s)</w:t>
            </w:r>
          </w:p>
        </w:tc>
        <w:tc>
          <w:tcPr>
            <w:tcW w:type="dxa" w:w="5328"/>
            <w:shd w:fill="7F1D1D"/>
          </w:tcPr>
          <w:p>
            <w:r>
              <w:rPr>
                <w:b/>
                <w:color w:val="FFFFFF"/>
                <w:sz w:val="21"/>
              </w:rPr>
              <w:t>Amount (£)</w:t>
            </w:r>
          </w:p>
        </w:tc>
      </w:tr>
      <w:tr>
        <w:tc>
          <w:tcPr>
            <w:tcW w:type="dxa" w:w="5328"/>
            <w:shd w:fill="FAFAFA"/>
          </w:tcPr>
          <w:p>
            <w:sdt>
              <w:sdtPr>
                <w:alias w:val="Expense_detail_1"/>
                <w:tag w:val="Expense_detail_1"/>
                <w:text/>
                <w:showingPlcHdr/>
                <w:color w:val="7F1D1D"/>
              </w:sdtPr>
              <w:sdtContent>
                <w:p>
                  <w:r>
                    <w:rPr>
                      <w:sz w:val="20"/>
                      <w:color w:val="7F7F7F"/>
                    </w:rPr>
                    <w:t>Click or tap here to enter</w:t>
                  </w:r>
                </w:p>
              </w:sdtContent>
            </w:sdt>
          </w:p>
        </w:tc>
        <w:tc>
          <w:tcPr>
            <w:tcW w:type="dxa" w:w="5328"/>
            <w:shd w:fill="FAFAFA"/>
          </w:tcPr>
          <w:p>
            <w:sdt>
              <w:sdtPr>
                <w:alias w:val="Expense_amount_1"/>
                <w:tag w:val="Expense_amount_1"/>
                <w:text/>
                <w:showingPlcHdr/>
                <w:color w:val="7F1D1D"/>
              </w:sdtPr>
              <w:sdtContent>
                <w:p>
                  <w:r>
                    <w:rPr>
                      <w:sz w:val="20"/>
                      <w:color w:val="7F7F7F"/>
                    </w:rPr>
                    <w:t>£</w:t>
                  </w:r>
                </w:p>
              </w:sdtContent>
            </w:sdt>
          </w:p>
        </w:tc>
      </w:tr>
      <w:tr>
        <w:tc>
          <w:tcPr>
            <w:tcW w:type="dxa" w:w="5328"/>
            <w:shd w:fill="FAFAFA"/>
          </w:tcPr>
          <w:p>
            <w:sdt>
              <w:sdtPr>
                <w:alias w:val="Expense_detail_2"/>
                <w:tag w:val="Expense_detail_2"/>
                <w:text/>
                <w:showingPlcHdr/>
                <w:color w:val="7F1D1D"/>
              </w:sdtPr>
              <w:sdtContent>
                <w:p>
                  <w:r>
                    <w:rPr>
                      <w:sz w:val="20"/>
                      <w:color w:val="7F7F7F"/>
                    </w:rPr>
                    <w:t>Click or tap here to enter</w:t>
                  </w:r>
                </w:p>
              </w:sdtContent>
            </w:sdt>
          </w:p>
        </w:tc>
        <w:tc>
          <w:tcPr>
            <w:tcW w:type="dxa" w:w="5328"/>
            <w:shd w:fill="FAFAFA"/>
          </w:tcPr>
          <w:p>
            <w:sdt>
              <w:sdtPr>
                <w:alias w:val="Expense_amount_2"/>
                <w:tag w:val="Expense_amount_2"/>
                <w:text/>
                <w:showingPlcHdr/>
                <w:color w:val="7F1D1D"/>
              </w:sdtPr>
              <w:sdtContent>
                <w:p>
                  <w:r>
                    <w:rPr>
                      <w:sz w:val="20"/>
                      <w:color w:val="7F7F7F"/>
                    </w:rPr>
                    <w:t>£</w:t>
                  </w:r>
                </w:p>
              </w:sdtContent>
            </w:sdt>
          </w:p>
        </w:tc>
      </w:tr>
      <w:tr>
        <w:tc>
          <w:tcPr>
            <w:tcW w:type="dxa" w:w="5328"/>
            <w:shd w:fill="FAFAFA"/>
          </w:tcPr>
          <w:p>
            <w:sdt>
              <w:sdtPr>
                <w:alias w:val="Expense_detail_3"/>
                <w:tag w:val="Expense_detail_3"/>
                <w:text/>
                <w:showingPlcHdr/>
                <w:color w:val="7F1D1D"/>
              </w:sdtPr>
              <w:sdtContent>
                <w:p>
                  <w:r>
                    <w:rPr>
                      <w:sz w:val="20"/>
                      <w:color w:val="7F7F7F"/>
                    </w:rPr>
                    <w:t>Click or tap here to enter</w:t>
                  </w:r>
                </w:p>
              </w:sdtContent>
            </w:sdt>
          </w:p>
        </w:tc>
        <w:tc>
          <w:tcPr>
            <w:tcW w:type="dxa" w:w="5328"/>
            <w:shd w:fill="FAFAFA"/>
          </w:tcPr>
          <w:p>
            <w:sdt>
              <w:sdtPr>
                <w:alias w:val="Expense_amount_3"/>
                <w:tag w:val="Expense_amount_3"/>
                <w:text/>
                <w:showingPlcHdr/>
                <w:color w:val="7F1D1D"/>
              </w:sdtPr>
              <w:sdtContent>
                <w:p>
                  <w:r>
                    <w:rPr>
                      <w:sz w:val="20"/>
                      <w:color w:val="7F7F7F"/>
                    </w:rPr>
                    <w:t>£</w:t>
                  </w:r>
                </w:p>
              </w:sdtContent>
            </w:sdt>
          </w:p>
        </w:tc>
      </w:tr>
      <w:tr>
        <w:tc>
          <w:tcPr>
            <w:tcW w:type="dxa" w:w="5328"/>
            <w:shd w:fill="FAFAFA"/>
          </w:tcPr>
          <w:p>
            <w:sdt>
              <w:sdtPr>
                <w:alias w:val="Expense_detail_4"/>
                <w:tag w:val="Expense_detail_4"/>
                <w:text/>
                <w:showingPlcHdr/>
                <w:color w:val="7F1D1D"/>
              </w:sdtPr>
              <w:sdtContent>
                <w:p>
                  <w:r>
                    <w:rPr>
                      <w:sz w:val="20"/>
                      <w:color w:val="7F7F7F"/>
                    </w:rPr>
                    <w:t>Click or tap here to enter</w:t>
                  </w:r>
                </w:p>
              </w:sdtContent>
            </w:sdt>
          </w:p>
        </w:tc>
        <w:tc>
          <w:tcPr>
            <w:tcW w:type="dxa" w:w="5328"/>
            <w:shd w:fill="FAFAFA"/>
          </w:tcPr>
          <w:p>
            <w:sdt>
              <w:sdtPr>
                <w:alias w:val="Expense_amount_4"/>
                <w:tag w:val="Expense_amount_4"/>
                <w:text/>
                <w:showingPlcHdr/>
                <w:color w:val="7F1D1D"/>
              </w:sdtPr>
              <w:sdtContent>
                <w:p>
                  <w:r>
                    <w:rPr>
                      <w:sz w:val="20"/>
                      <w:color w:val="7F7F7F"/>
                    </w:rPr>
                    <w:t>£</w:t>
                  </w:r>
                </w:p>
              </w:sdtContent>
            </w:sdt>
          </w:p>
        </w:tc>
      </w:tr>
      <w:tr>
        <w:tc>
          <w:tcPr>
            <w:tcW w:type="dxa" w:w="5328"/>
            <w:shd w:fill="FAFAFA"/>
          </w:tcPr>
          <w:p>
            <w:sdt>
              <w:sdtPr>
                <w:alias w:val="Expense_detail_5"/>
                <w:tag w:val="Expense_detail_5"/>
                <w:text/>
                <w:showingPlcHdr/>
                <w:color w:val="7F1D1D"/>
              </w:sdtPr>
              <w:sdtContent>
                <w:p>
                  <w:r>
                    <w:rPr>
                      <w:sz w:val="20"/>
                      <w:color w:val="7F7F7F"/>
                    </w:rPr>
                    <w:t>Click or tap here to enter</w:t>
                  </w:r>
                </w:p>
              </w:sdtContent>
            </w:sdt>
          </w:p>
        </w:tc>
        <w:tc>
          <w:tcPr>
            <w:tcW w:type="dxa" w:w="5328"/>
            <w:shd w:fill="FAFAFA"/>
          </w:tcPr>
          <w:p>
            <w:sdt>
              <w:sdtPr>
                <w:alias w:val="Expense_amount_5"/>
                <w:tag w:val="Expense_amount_5"/>
                <w:text/>
                <w:showingPlcHdr/>
                <w:color w:val="7F1D1D"/>
              </w:sdtPr>
              <w:sdtContent>
                <w:p>
                  <w:r>
                    <w:rPr>
                      <w:sz w:val="20"/>
                      <w:color w:val="7F7F7F"/>
                    </w:rPr>
                    <w:t>£</w:t>
                  </w:r>
                </w:p>
              </w:sdtContent>
            </w:sdt>
          </w:p>
        </w:tc>
      </w:tr>
      <w:tr>
        <w:tc>
          <w:tcPr>
            <w:tcW w:type="dxa" w:w="5328"/>
            <w:shd w:fill="FAFAFA"/>
          </w:tcPr>
          <w:p>
            <w:sdt>
              <w:sdtPr>
                <w:alias w:val="Expense_detail_6"/>
                <w:tag w:val="Expense_detail_6"/>
                <w:text/>
                <w:showingPlcHdr/>
                <w:color w:val="7F1D1D"/>
              </w:sdtPr>
              <w:sdtContent>
                <w:p>
                  <w:r>
                    <w:rPr>
                      <w:sz w:val="20"/>
                      <w:color w:val="7F7F7F"/>
                    </w:rPr>
                    <w:t>Click or tap here to enter</w:t>
                  </w:r>
                </w:p>
              </w:sdtContent>
            </w:sdt>
          </w:p>
        </w:tc>
        <w:tc>
          <w:tcPr>
            <w:tcW w:type="dxa" w:w="5328"/>
            <w:shd w:fill="FAFAFA"/>
          </w:tcPr>
          <w:p>
            <w:sdt>
              <w:sdtPr>
                <w:alias w:val="Expense_amount_6"/>
                <w:tag w:val="Expense_amount_6"/>
                <w:text/>
                <w:showingPlcHdr/>
                <w:color w:val="7F1D1D"/>
              </w:sdtPr>
              <w:sdtContent>
                <w:p>
                  <w:r>
                    <w:rPr>
                      <w:sz w:val="20"/>
                      <w:color w:val="7F7F7F"/>
                    </w:rPr>
                    <w:t>£</w:t>
                  </w:r>
                </w:p>
              </w:sdtContent>
            </w:sdt>
          </w:p>
        </w:tc>
      </w:tr>
      <w:tr>
        <w:tc>
          <w:tcPr>
            <w:tcW w:type="dxa" w:w="5328"/>
            <w:shd w:fill="FAFAFA"/>
          </w:tcPr>
          <w:p>
            <w:sdt>
              <w:sdtPr>
                <w:alias w:val="Expense_detail_7"/>
                <w:tag w:val="Expense_detail_7"/>
                <w:text/>
                <w:showingPlcHdr/>
                <w:color w:val="7F1D1D"/>
              </w:sdtPr>
              <w:sdtContent>
                <w:p>
                  <w:r>
                    <w:rPr>
                      <w:sz w:val="20"/>
                      <w:color w:val="7F7F7F"/>
                    </w:rPr>
                    <w:t>Click or tap here to enter</w:t>
                  </w:r>
                </w:p>
              </w:sdtContent>
            </w:sdt>
          </w:p>
        </w:tc>
        <w:tc>
          <w:tcPr>
            <w:tcW w:type="dxa" w:w="5328"/>
            <w:shd w:fill="FAFAFA"/>
          </w:tcPr>
          <w:p>
            <w:sdt>
              <w:sdtPr>
                <w:alias w:val="Expense_amount_7"/>
                <w:tag w:val="Expense_amount_7"/>
                <w:text/>
                <w:showingPlcHdr/>
                <w:color w:val="7F1D1D"/>
              </w:sdtPr>
              <w:sdtContent>
                <w:p>
                  <w:r>
                    <w:rPr>
                      <w:sz w:val="20"/>
                      <w:color w:val="7F7F7F"/>
                    </w:rPr>
                    <w:t>£</w:t>
                  </w:r>
                </w:p>
              </w:sdtContent>
            </w:sdt>
          </w:p>
        </w:tc>
      </w:tr>
      <w:tr>
        <w:tc>
          <w:tcPr>
            <w:tcW w:type="dxa" w:w="5328"/>
            <w:shd w:fill="E7E6E6"/>
          </w:tcPr>
          <w:p>
            <w:pPr>
              <w:jc w:val="right"/>
            </w:pPr>
            <w:r>
              <w:rPr>
                <w:b/>
                <w:sz w:val="21"/>
              </w:rPr>
              <w:t>Total</w:t>
            </w:r>
          </w:p>
        </w:tc>
        <w:tc>
          <w:tcPr>
            <w:tcW w:type="dxa" w:w="5328"/>
            <w:shd w:fill="E7E6E6"/>
          </w:tcPr>
          <w:p>
            <w:sdt>
              <w:sdtPr>
                <w:alias w:val="Total_amount"/>
                <w:tag w:val="Total_amount"/>
                <w:text/>
                <w:showingPlcHdr/>
                <w:color w:val="7F1D1D"/>
              </w:sdtPr>
              <w:sdtContent>
                <w:p>
                  <w:r>
                    <w:rPr>
                      <w:sz w:val="20"/>
                      <w:color w:val="7F7F7F"/>
                    </w:rPr>
                    <w:t>£</w:t>
                  </w:r>
                </w:p>
              </w:sdtContent>
            </w:sdt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C9C9C9"/>
          <w:left w:val="single" w:sz="4" w:color="C9C9C9"/>
          <w:bottom w:val="single" w:sz="4" w:color="C9C9C9"/>
          <w:right w:val="single" w:sz="4" w:color="C9C9C9"/>
          <w:insideH w:val="single" w:sz="4" w:color="C9C9C9"/>
          <w:insideV w:val="single" w:sz="4" w:color="C9C9C9"/>
        </w:tblBorders>
      </w:tblPr>
      <w:tblGrid>
        <w:gridCol w:w="2448"/>
        <w:gridCol w:w="8064"/>
      </w:tblGrid>
      <w:tr>
        <w:tc>
          <w:tcPr>
            <w:tcW w:type="dxa" w:w="10656"/>
            <w:gridSpan w:val="2"/>
            <w:shd w:fill="7F1D1D"/>
          </w:tcPr>
          <w:p>
            <w:pPr>
              <w:jc w:val="center"/>
            </w:pPr>
            <w:r>
              <w:rPr>
                <w:b/>
                <w:color w:val="FFFFFF"/>
                <w:sz w:val="21"/>
              </w:rPr>
              <w:t>VWFC official use only</w:t>
            </w:r>
          </w:p>
        </w:tc>
      </w:tr>
      <w:tr>
        <w:tc>
          <w:tcPr>
            <w:tcW w:type="dxa" w:w="5328"/>
            <w:shd w:fill="F6F6F6"/>
          </w:tcPr>
          <w:p>
            <w:r>
              <w:rPr>
                <w:b/>
              </w:rPr>
              <w:t>Date Refunded</w:t>
            </w:r>
          </w:p>
        </w:tc>
        <w:tc>
          <w:tcPr>
            <w:tcW w:type="dxa" w:w="5328"/>
            <w:shd w:fill="EFEFEF"/>
          </w:tcPr>
          <w:p>
            <w:sdt>
              <w:sdtPr>
                <w:alias w:val="Date Refunded"/>
                <w:tag w:val="Date_Refunded"/>
                <w:date>
                  <w:fullDate w:val="2026-09-22T00:00:00Z"/>
                  <w:dateFormat w:val="dd/MM/yyyy"/>
                  <w:lid w:val="en-GB"/>
                  <w:storeMappedDataAs w:val="dateTime"/>
                  <w:calendar w:val="gregorian"/>
                </w:date>
                <w:showingPlcHdr/>
              </w:sdtPr>
              <w:sdtContent>
                <w:p>
                  <w:r>
                    <w:rPr>
                      <w:sz w:val="20"/>
                      <w:color w:val="7F7F7F"/>
                    </w:rPr>
                    <w:t>Choose a date</w:t>
                  </w:r>
                </w:p>
              </w:sdtContent>
            </w:sdt>
          </w:p>
        </w:tc>
      </w:tr>
      <w:tr>
        <w:tc>
          <w:tcPr>
            <w:tcW w:type="dxa" w:w="5328"/>
            <w:shd w:fill="F6F6F6"/>
          </w:tcPr>
          <w:p>
            <w:r>
              <w:rPr>
                <w:b/>
              </w:rPr>
              <w:t>Paid By</w:t>
            </w:r>
          </w:p>
        </w:tc>
        <w:tc>
          <w:tcPr>
            <w:tcW w:type="dxa" w:w="5328"/>
            <w:shd w:fill="EFEFEF"/>
          </w:tcPr>
          <w:p>
            <w:sdt>
              <w:sdtPr>
                <w:alias w:val="Paid By"/>
                <w:tag w:val="Paid_By"/>
                <w:text/>
                <w:showingPlcHdr/>
                <w:color w:val="7F1D1D"/>
              </w:sdtPr>
              <w:sdtContent>
                <w:p>
                  <w:r>
                    <w:rPr>
                      <w:sz w:val="20"/>
                      <w:color w:val="7F7F7F"/>
                    </w:rPr>
                    <w:t>Click or tap here to enter</w:t>
                  </w:r>
                </w:p>
              </w:sdtContent>
            </w:sdt>
          </w:p>
        </w:tc>
      </w:tr>
    </w:tbl>
    <w:sectPr w:rsidR="00FC693F" w:rsidRPr="0006063C" w:rsidSect="00034616">
      <w:footerReference w:type="default" r:id="rId10"/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5A"/>
        <w:sz w:val="16"/>
      </w:rPr>
      <w:t>Virginia Water Football Club • Expenses Form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